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du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Letourneur, Jean/ Michel, Robert/ </w:t>
            </w:r>
          </w:p>
        </w:tc>
      </w:tr>
      <w:tr>
        <w:trPr>
          <w:trHeight w:val="567"/>
        </w:trPr>
        <w:tc>
          <w:tcPr>
            <w:tcW w:type="dxa" w:w="3000"/>
          </w:tcPr>
          <w:p>
            <w:r>
              <w:t>Adresse bib.</w:t>
            </w:r>
          </w:p>
        </w:tc>
        <w:tc>
          <w:tcPr>
            <w:tcW w:type="dxa" w:w="7000"/>
          </w:tcPr>
          <w:p>
            <w:r>
              <w:t xml:space="preserve">Librairie Armand Colin/ </w:t>
            </w:r>
          </w:p>
        </w:tc>
      </w:tr>
      <w:tr>
        <w:trPr>
          <w:trHeight w:val="567"/>
        </w:trPr>
        <w:tc>
          <w:tcPr>
            <w:tcW w:type="dxa" w:w="3000"/>
          </w:tcPr>
          <w:p>
            <w:r>
              <w:t>Nombre de Pages</w:t>
            </w:r>
          </w:p>
        </w:tc>
        <w:tc>
          <w:tcPr>
            <w:tcW w:type="dxa" w:w="7000"/>
          </w:tcPr>
          <w:p>
            <w:r>
              <w:t>727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U(N°:None)</w:t>
            </w:r>
          </w:p>
        </w:tc>
      </w:tr>
      <w:tr>
        <w:trPr>
          <w:trHeight w:val="567"/>
        </w:trPr>
        <w:tc>
          <w:tcPr>
            <w:tcW w:type="dxa" w:w="3000"/>
          </w:tcPr>
          <w:p>
            <w:r>
              <w:t>Notes Générales</w:t>
            </w:r>
          </w:p>
        </w:tc>
        <w:tc>
          <w:tcPr>
            <w:tcW w:type="dxa" w:w="7000"/>
          </w:tcPr>
          <w:p>
            <w:r>
              <w:t>Bibliogr. p.p 689-705 Index p.p 707-720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géologie appliquée/ risque géologique/ </w:t>
            </w:r>
          </w:p>
        </w:tc>
      </w:tr>
    </w:tbl>
    <w:p>
      <w:pPr>
        <w:pStyle w:val="Heading3"/>
      </w:pPr>
      <w:r>
        <w:t>Résumé :</w:t>
      </w:r>
    </w:p>
    <w:p>
      <w:r>
        <w:t>Géologie du génie civil est un ouvrage de référence qui relie la géologie à la pratique de l’ingénierie civile, en fournissant les connaissances nécessaires pour concevoir, dimensionner et sécuriser les ouvrages en fonction des caractéristiques géologiques du site. il s’adresse autant aux étudiants en génie civil qu’aux ingénieurs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