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circuits hydrauliques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Labonville, Réjean/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2553007779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hydraulique/ fluide hydraulique/ </w:t>
            </w:r>
          </w:p>
        </w:tc>
      </w:tr>
    </w:tbl>
    <w:p>
      <w:pPr>
        <w:pStyle w:val="Heading3"/>
      </w:pPr>
      <w:r>
        <w:t>Résumé :</w:t>
      </w:r>
    </w:p>
    <w:p>
      <w:r>
        <w:t>Conception des circuits hydrauliques de **Réjean Labonville** est un ouvrage de référence consacré à la **conception, au dimensionnement et à l’analyse des systèmes hydrauliques industriels**. Il s’adresse principalement aux **ingénieurs, techniciens, étudiants en génie mécanique et automatisme**, ainsi qu’aux professionnels impliqués dans la maintenance et l’optimisation des installations hydrauliques.</w:t>
        <w:br/>
        <w:br/>
        <w:br/>
        <w:br/>
        <w:t>L’ouvrage débute par un rappel des **principes fondamentaux de l’hydraulique**, notamment les propriétés des fluides, les notions de pression, de débit, de pertes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