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Pneumatique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Roldan Viloria, José/ Lemière, Stéphanie/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Aide-mémoire de l'ingénieur(N°:None)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2100063952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pneumatique/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regroupe toutes les données théoriques et technologiques sur la pneumatique industrielle, illustrées de nombreux schémas et tableaux récapitulatifs, et d'une centaine de cas concrets. Cette approche à la fois fondamentale et très pratique conviendra aux ingénieurs et techniciens en mécanique ainsi qu'aux étudiants et élèves-ingénieurs qui souhaitent acquérir une meilleure compréhension de la technologie pneumatique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