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Mémento technique de l'eau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Degrémont, 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Degrémont-Suez/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[128]-1718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2743007176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l'eau/ </w:t>
            </w:r>
          </w:p>
        </w:tc>
      </w:tr>
    </w:tbl>
    <w:p>
      <w:pPr>
        <w:pStyle w:val="Heading3"/>
      </w:pPr>
      <w:r>
        <w:t>Résumé :</w:t>
      </w:r>
    </w:p>
    <w:p>
      <w:r>
        <w:t>Le tome 2 décrit les procédés propres à Degrémont et les filières de traitement adaptées à chaque utilisation de l'eau.</w:t>
        <w:br/>
        <w:br/>
        <w:br/>
        <w:br/>
        <w:t>Cet ouvrage tient compte de l'évolution des normes.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