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Benali, L./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ill.,couv.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9961009983</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génie mécanique/ </w:t>
            </w:r>
          </w:p>
        </w:tc>
      </w:tr>
    </w:tbl>
    <w:p>
      <w:pPr>
        <w:pStyle w:val="Heading3"/>
      </w:pPr>
      <w:r>
        <w:t>Résumé :</w:t>
      </w:r>
    </w:p>
    <w:p>
      <w:r>
        <w:t>Cet ouvrage , composé de 11 chapitres, est illustré par des schémas explicatifs. Son programme qui dépasse le programme officiel du module de 5ème année d'ingénieurs en génie civil mécanique, a été élaboré dans le souci de profiter aussi bien aux universitaires qu'aux industriels qui manifestent un intérêt pour cette discipline. Cet ouvrage explique entre autres la notion de maintenance, la différance entre la maintenance et l'entretien, les différentes politiques de maintenance, leurs mises en œuvre ainsi que la sécurité des personnes et des biens. C'est un bon outil pour approfondir les connaissances de la discipline de maintenance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