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Fosse septique, roseaux, bambous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Cabrit-Leclerc, Sandrine/ </w:t>
            </w:r>
          </w:p>
        </w:tc>
      </w:tr>
      <w:tr>
        <w:trPr>
          <w:trHeight w:val="567"/>
        </w:trPr>
        <w:tc>
          <w:tcPr>
            <w:tcW w:type="dxa" w:w="3000"/>
          </w:tcPr>
          <w:p>
            <w:r>
              <w:t>Adresse bib.</w:t>
            </w:r>
          </w:p>
        </w:tc>
        <w:tc>
          <w:tcPr>
            <w:tcW w:type="dxa" w:w="7000"/>
          </w:tcPr>
          <w:p>
            <w:r>
              <w:t xml:space="preserve">Terre vivante/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153-155. Webliogr. p.p. 145-152. Glossaire. Index</w:t>
            </w:r>
          </w:p>
        </w:tc>
      </w:tr>
      <w:tr>
        <w:trPr>
          <w:trHeight w:val="567"/>
        </w:trPr>
        <w:tc>
          <w:tcPr>
            <w:tcW w:type="dxa" w:w="3000"/>
          </w:tcPr>
          <w:p>
            <w:r>
              <w:t>Numéro d'Identification</w:t>
            </w:r>
          </w:p>
        </w:tc>
        <w:tc>
          <w:tcPr>
            <w:tcW w:type="dxa" w:w="7000"/>
          </w:tcPr>
          <w:p>
            <w:r>
              <w:t>9782914717397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biologique/ épuration/ </w:t>
            </w:r>
          </w:p>
        </w:tc>
      </w:tr>
    </w:tbl>
    <w:p>
      <w:pPr>
        <w:pStyle w:val="Heading3"/>
      </w:pPr>
      <w:r>
        <w:t>Résumé :</w:t>
      </w:r>
    </w:p>
    <w:p>
      <w:r>
        <w:t>Il existe des alternatives à votre fosse septique ! Toilettes sèches, filtres plantés de roseaux, mare, lagunage... Les systèmes pour une meilleure qualité des eaux rejetées sont nombreux et ils marchent ! Mise en oeuvre, coût, droits, entretien... vous saurez tout pour passer à la pratique.</w:t>
        <w:br/>
        <w:br/>
        <w:br/>
        <w:br/>
        <w:t>14 millions de Français habitent dans des maisons non raccordées à un système d'assainissement collectif des eaux usées. Il arrive fréquemment que ces habitations, généralement équipées de fosses septiques, polluent les nappes phréatiques et les eaux de rivières sans que quiconque ne s'en aperçoive.</w:t>
        <w:br/>
        <w:br/>
        <w:br/>
        <w:br/>
        <w:t>Sandrine Cabrit-Leclerc présente dans cet ouvrage, à travers des exemples concrets, les solutions pour améliorer la qualité des eaux usées rejetées dans le milieu naturel. Fosse septique bien entretenue, filtres à roseaux, plantations de bambous, taillis de saules ou de peuplier, "digesteur complanté", mare, toilettes sèches, micro-irrigation... Toute une palette de techniques alternatives fiables, peu onéreuses et pas forcément gourmandes en espace.</w:t>
        <w:br/>
        <w:br/>
        <w:br/>
        <w:br/>
        <w:t>Les solutions présentées ont été mises en oeuvre par des particuliers, des agriculteurs, des campings, des gîtes ou des communes.</w:t>
        <w:br/>
        <w:br/>
        <w:br/>
        <w:br/>
        <w:t>L'auteure vous informe également sur la réglementation actuelle et à venir, les démarches administratives, les réseaux et les professionnels, les coûts...</w:t>
        <w:br/>
        <w:br/>
        <w:t>Une nouvelle couverture et une mise à jour pour un sujet d'actualité.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