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Maintenance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Taibi,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3èm. réimpression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9789961009628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maintenance industrielle/ </w:t>
            </w:r>
          </w:p>
        </w:tc>
      </w:tr>
    </w:tbl>
    <w:p>
      <w:pPr>
        <w:pStyle w:val="Heading3"/>
      </w:pPr>
      <w:r>
        <w:t>Résumé :</w:t>
      </w:r>
    </w:p>
    <w:p>
      <w:r>
        <w:t>L'ouvrage prèsentè traite:</w:t>
        <w:br/>
        <w:br/>
        <w:t>- La fiabilité la longèvitè et la capacitè de fonctionnement des machines</w:t>
        <w:br/>
        <w:br/>
        <w:t>- Le frottement et l'usure des piéces des machines</w:t>
        <w:br/>
        <w:br/>
        <w:t>- La lubrification</w:t>
        <w:br/>
        <w:br/>
        <w:t>- La technologie de rèparation et la restauration des piéces usées</w:t>
        <w:br/>
        <w:br/>
        <w:t>- L'organisation de la réparation des machines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