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de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Renard, Maurice/ Lagabrielle,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9782100727193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terre/ géophysique/ </w:t>
            </w:r>
          </w:p>
        </w:tc>
      </w:tr>
    </w:tbl>
    <w:p>
      <w:pPr>
        <w:pStyle w:val="Heading3"/>
      </w:pPr>
      <w:r>
        <w:t>Résumé :</w:t>
      </w:r>
    </w:p>
    <w:p>
      <w:r>
        <w:t>La Terre: une planète dans l'Univers. La dynamique de la Terre solide: géochimie et géochimie. La dynamique de la lithosphère océanique. Les constituants endogènes des enveloppes solides de la Terre: roches ignées et métamorphiques. La déformation de la lithosphère continentale. Les enveloppes fluides de la planète Terre: climats, paléoclimats,océanographie et hydrogéologie. Sédimentologie : roches et environnements sédimentaires. Notion de stratigraphie : aperçu de l'histoire de la Vie et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