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stations GSM contre la foudre : application ARFS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Yoppa,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universitaires européennes/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9783841778758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de station/ cumulo-nimbus/ </w:t>
            </w:r>
          </w:p>
        </w:tc>
      </w:tr>
    </w:tbl>
    <w:p>
      <w:pPr>
        <w:pStyle w:val="Heading3"/>
      </w:pPr>
      <w:r>
        <w:t>Résumé :</w:t>
      </w:r>
    </w:p>
    <w:p>
      <w:r>
        <w:t>Ce document traite de l’optimisation des stations GSM contre les effets de la foudre, en appliquant la méthode **ARFS** afin d’améliorer la protection des équipements, de réduire les interruptions de service et d’assurer la fiabilité et la sécurité des réseaux de télécommunications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