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chantiers. T2, les matériels d'équipement, matériels de manutention et de transport, matériels spéciaux, installations de chantier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Linger,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chantier de génie civil/ organisation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Les chantiers tome 2 est un ouvrage technique de référence consacré à l’étude des matériels utilisés sur les chantiers de génie civil et de travaux publics. il s’adresse aux ingénieurs, techniciens, conducteurs de travaux et étudiants, et complète le tome 1 en se focalisant sur les moyens matériels indispensables à l’exécution des ouvrages. l’objectif principal du livre est de permettre une bonne connaissance, un choix rationnel et une utilisation économique des matériels de chantier.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