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Formulaire pratique à l'usage des mécaniciens et outilleurs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Adam, Isidore Pierre/ Hazard,C/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Editions Casteilla/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9782713530708</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formulaire pratique/ usinage/ outillage industriel/ </w:t>
            </w:r>
          </w:p>
        </w:tc>
      </w:tr>
    </w:tbl>
    <w:p>
      <w:pPr>
        <w:pStyle w:val="Heading3"/>
      </w:pPr>
      <w:r>
        <w:t>Résumé :</w:t>
      </w:r>
    </w:p>
    <w:p>
      <w:r>
        <w:t>Ce livre fournit une large gamme d’informations pratiques, de données techniques et de rappels de calculs utiles au quotidien des spécialistes de la mécanique. Il regroupe des formules, des tableaux, des illustrations et des indications directement applicables en milieu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