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 introduction à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Coulon, Frédéric de/ Jufer, Marcel/ École polytechnique fédérale (Lausanne, Suisse)/ Neirynck, Jacques/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288074041X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électrotechnique/ </w:t>
            </w:r>
          </w:p>
        </w:tc>
      </w:tr>
    </w:tbl>
    <w:p>
      <w:pPr>
        <w:pStyle w:val="Heading3"/>
      </w:pPr>
      <w:r>
        <w:t>Résumé :</w:t>
      </w:r>
    </w:p>
    <w:p>
      <w:r>
        <w:t>Le Traité d’électricité – Volume 1 : Introduction à l’électrotechnique de Frédéric de Coulon (1995) est un ouvrage de base destiné à introduire de manière rigoureuse et progressive les fondements de l’électrotechnique. Il établit le lien entre les principes théoriques de l’électricité et leurs applications concrètes dans l’ingénierie électrique. Le livre présente les grandeurs électriques essentielles (courant, tension, résistance, puissance), les lois fondamentales (Ohm, Kirchhoff) et les méthodes d’analyse des circuits en régime continu et sinusoïdal, en mettant l’accent sur les circuits monophasés et triphasés. Il aborde également les éléments linéaires comme les résistances, inductances et capacités, ainsi que les bases des nombres complexes pour l’étude des phénomènes alternatifs. L’ouvrage introduit en outre les notions de production, transport et utilisation de l’énergie électrique, les principes de mesure et un aperçu des composants et systèmes électriques. Conçu dans une optique pédagogique, il combine explications claires, exemples techniques et exercices, ce qui en fait un manuel de référence pour acquérir des bases solides en électrotechnique et comprendre les applications pratiques de l’électricité dans le domaine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