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Vincenzo, De Michel/ Bevilacqua, Carlo/ </w:t>
            </w:r>
          </w:p>
        </w:tc>
      </w:tr>
      <w:tr>
        <w:trPr>
          <w:trHeight w:val="567"/>
        </w:trPr>
        <w:tc>
          <w:tcPr>
            <w:tcW w:type="dxa" w:w="3000"/>
          </w:tcPr>
          <w:p>
            <w:r>
              <w:t>Adresse bib.</w:t>
            </w:r>
          </w:p>
        </w:tc>
        <w:tc>
          <w:tcPr>
            <w:tcW w:type="dxa" w:w="7000"/>
          </w:tcPr>
          <w:p>
            <w:r>
              <w:t xml:space="preserve">Edition Atlas/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Minéraux/ </w:t>
            </w:r>
          </w:p>
        </w:tc>
      </w:tr>
    </w:tbl>
    <w:p>
      <w:pPr>
        <w:pStyle w:val="Heading3"/>
      </w:pPr>
      <w:r>
        <w:t>Résumé :</w:t>
      </w:r>
    </w:p>
    <w:p>
      <w:r>
        <w:t>Les minéraux de Vincenzo De Michele est un ouvrage de vulgarisation scientifique consacré au monde minéral, destiné aussi bien aux amateurs de géologie qu’aux lecteurs curieux de sciences naturelles. Le livre présente les minéraux sous leurs aspects scientifiques, physiques et esthétiques, en mettant l’accent sur leur diversité et leur importance dans la nature. L’ouvrage commence par expliquer ce qu’est un minéral, en abordant les notions fondamentales de composition chimique, de structure cristalline et de conditions de formation. Il introduit les principaux processus géologiques à l’origine des minéraux : cristallisation magmatique, précipitation chimique, transformations métamorphiques et 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