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Sélection des matériaux et des procédés de mise en oeuvre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Ashby, Michael/ Brechet, Yves/ Salvo,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des matériaux(N°:20)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2880744733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matériaux/ génie industriel/ propriété mécanique/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référence majeure en ingénierie des matériaux. Il propose une méthodologie rigoureuse et structurée pour aider l’ingénieur et le concepteur à choisir de manière optimale les matériaux et les procédés de fabrication dès les premières étapes de la conception d’un produit.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