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graphes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Bouanane, Khadra/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978-9961-0-2515-4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graphe/ algorithme/ </w:t>
            </w:r>
          </w:p>
        </w:tc>
      </w:tr>
    </w:tbl>
    <w:p>
      <w:pPr>
        <w:pStyle w:val="Heading3"/>
      </w:pPr>
      <w:r>
        <w:t>Résumé :</w:t>
      </w:r>
    </w:p>
    <w:p>
      <w:r>
        <w:t>l'ouvrage théorie des graphes se présente comme un manuel pédagogique exhaustif destiné aux etudiants en licence d'informatique .ce livre est structuré de maniére méthodique en six chapitres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