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Smaili, Farida/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996103608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organe hématopoiétique/ </w:t>
            </w:r>
          </w:p>
        </w:tc>
      </w:tr>
    </w:tbl>
    <w:p>
      <w:pPr>
        <w:pStyle w:val="Heading3"/>
      </w:pPr>
      <w:r>
        <w:t>Résumé :</w:t>
      </w:r>
    </w:p>
    <w:p>
      <w:r>
        <w:t>L’Abrégé d’Hématologie de **Farida Smaili** est un ouvrage de synthèse destiné principalement aux **étudiants en médecine, en sciences biomédicales et aux professionnels de santé**, offrant une présentation concise et structurée des **fondements de l’hématologie** et de ses principales applications cliniques.</w:t>
        <w:br/>
        <w:br/>
        <w:br/>
        <w:br/>
        <w:t>L’ouvrage débute par un rappel des **bases physiologiques du sang et de l’hématopoïèse**, décrivant les éléments figurés du sang, la moelle osseuse et les mécanismes de régulation de la production des cellules sanguines. Les notions essentielles de physiologie sont présentées de manière claire afin de faciliter la compréhension des pathologies hématologiques.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