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monte carlo method for semiconductor device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Jacoboni, C./ Lugli,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Computational microelectronics(N°:None)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 ndex p.p. 345-356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3211821104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device simulation/ semiconductor physics/ </w:t>
            </w:r>
          </w:p>
        </w:tc>
      </w:tr>
    </w:tbl>
    <w:p>
      <w:pPr>
        <w:pStyle w:val="Heading3"/>
      </w:pPr>
      <w:r>
        <w:t>Résumé :</w:t>
      </w:r>
    </w:p>
    <w:p>
      <w:r>
        <w:t>The Monte Carlo Method for Semiconductor Device Simulation presents a detailed statistical approach that enables accurate modeling of charge carrier transport in semiconductor devices by taking into account microscopic scattering mechanisms and nonlinear effects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