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Linear integrated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Choudhury, Roy/ Jain, Shail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age international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381-384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8122420907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Integrated circuit/ Signal processing/ </w:t>
            </w:r>
          </w:p>
        </w:tc>
      </w:tr>
    </w:tbl>
    <w:p>
      <w:pPr>
        <w:pStyle w:val="Heading3"/>
      </w:pPr>
      <w:r>
        <w:t>Résumé :</w:t>
      </w:r>
    </w:p>
    <w:p>
      <w:r>
        <w:t>Linear integrated circuits study the design and application of analog electronic components, such as operational amplifiers, used for continuous signal processing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