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Guide du traitement des déchets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Damien, Alain/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6e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X-461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Technique et ingénierie. Série Environnement(N°:None)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9782100585328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envirennement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déchets/ l'élimination simultanée/ </w:t>
            </w:r>
          </w:p>
        </w:tc>
      </w:tr>
    </w:tbl>
    <w:p>
      <w:pPr>
        <w:pStyle w:val="Heading3"/>
      </w:pPr>
      <w:r>
        <w:t>Résumé :</w:t>
      </w:r>
    </w:p>
    <w:p>
      <w:r>
        <w:t>De nombreux moyens de traitement existent pour un même type de déchet. Il importe donc de bien évaluer leurs performances et leurs limites r espectives afin de choisir le plus adapté, dans le respect de la régle mentation et à un coût le plus faible possible. Cet ouvrage réalise la synthèse de ces divers aspects pour permettre à chacun de choisir sa «solution déchets». Cette 6e édition, mise à jou r et complétée, précise les premières mesures prises qui visent à faci liter le recyclage des déchets avec l’introduction de la notion de sou s-produit et la fin du statut de déchet. Ce guide pratique est une référence indispensable aux responsables et ingénieurs qui ont en charge la gestion des déchets ou la conception d es produits afin de prendre en compte leur fin de vie, aussi bien en m ilieu industriel qu’en bureau d’études ou dans les collectivités local es, ainsi qu’aux professionnels du traitement des déchets. Au Les types de dé 1. Généralités sur le traitement des déchets; 2. Les traitements par types de déchets. Les types de 3. L'incinération; 4. La co-incinération; 5. Les procédés thermiques de dégradation des déchets; 6. Les procédés biologiques de dégradation des déchets; 7. Les décharges ou installations de stockage des déchet s (ISD); 8. La stabilisation des déchets ultimes; 9. La radioactivité et les déchets; 10. La contamination biologique et les déchets; 11. Ma tériels et installations de recyclage.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