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Géologie du pétrole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Perrodon,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de l'ingénieur géologue(N°:None)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427-430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2130288081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formation du pétrole/ exploration pétrolière/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 constitue une référence utile pour les étudiants et les professionnels du domaine, leur fournissant une compréhension approfondie des principes géologiques qui sous-tendent l’industrie pétrolière, ainsi que des enjeux environnementaux et économiques associés à cette ressource essentielle.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