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Métrologie dimensionnelle. T1, applications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afar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Amyar, Belkacem/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9789961013359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étallon/ circularité/ parallelisme/ </w:t>
            </w:r>
          </w:p>
        </w:tc>
      </w:tr>
    </w:tbl>
    <w:p>
      <w:pPr>
        <w:pStyle w:val="Heading3"/>
      </w:pPr>
      <w:r>
        <w:t>Résumé :</w:t>
      </w:r>
    </w:p>
    <w:p>
      <w:r>
        <w:t>Ce livre a pour but de présenter clairement et méthodiquement les principes fondamentaux de la métrologie dimensionnelle dans un langage accessible aux étudiants et aux praticiens.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