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Eau, environnement et santé publique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Vilaginès, Roland/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VII-198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191-195. Index</w:t>
            </w:r>
          </w:p>
        </w:tc>
      </w:tr>
      <w:tr>
        <w:trPr>
          <w:trHeight w:val="567"/>
        </w:trPr>
        <w:tc>
          <w:tcPr>
            <w:tcW w:type="dxa" w:w="3000"/>
          </w:tcPr>
          <w:p>
            <w:r>
              <w:t>Numéro d'Identification</w:t>
            </w:r>
          </w:p>
        </w:tc>
        <w:tc>
          <w:tcPr>
            <w:tcW w:type="dxa" w:w="7000"/>
          </w:tcPr>
          <w:p>
            <w:r>
              <w:t>2743006048</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polluants de l'eau/ épuration/ </w:t>
            </w:r>
          </w:p>
        </w:tc>
      </w:tr>
    </w:tbl>
    <w:p>
      <w:pPr>
        <w:pStyle w:val="Heading3"/>
      </w:pPr>
      <w:r>
        <w:t>Résumé :</w:t>
      </w:r>
    </w:p>
    <w:p>
      <w:r>
        <w:t>Eau, environnement et santé publique offre un résumé approfondi des origines, du devenir et des traitements des eaux destinées à la consommation publique. Il traite de leurs principales pollutions (chimiques, microbiologiques et radioactives), des risques qu'elles font encourir à la santé publique, ainsi que des technologies actuelles susceptibles d'en assurer l'éradication. Cette 2e édition, mise à jour et augmentée de près de 20 %, prend notamment en compte les principales modalités de gestion des eaux, les nouvelles règles applicables aux eaux embouteillées, les eaux de synthèse, la désalinisation et les traitements par filtration. Basé sur le cours d'hydrologie que dispense l'auteur en 3e année de faculté de pharmacie, ce manuel s'avérera utile aux étudiants des écoles d'ingénieurs spécialisés en génie de l'environnement ou préparant le BTS métiers de l'eau, le BTSA gestion et maîtrise de l'eau ou le DUT génie biologique, option génie de l'environnement. Enfin, il apportera une aide précieuse aux ingénieurs et techniciens des services de distribution ou d'assainissement, des services techniques des collectivités locales, des agences de l'eau et des organismes publics chargés du contrôle des eaux (DDASS, DIREN, DRIRE...).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