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Papillomavirus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Aubin, François/ Prétet, Jean-Luc./ Mougin, Christiane/ </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2743006188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infection à Papillomavirus/ cancérogenèse virale/ </w:t>
            </w:r>
          </w:p>
        </w:tc>
      </w:tr>
    </w:tbl>
    <w:p>
      <w:pPr>
        <w:pStyle w:val="Heading3"/>
      </w:pPr>
      <w:r>
        <w:t>Résumé :</w:t>
      </w:r>
    </w:p>
    <w:p>
      <w:r>
        <w:t>cet ouvrage synthétise les connaissances actuellement disponibles sur l'implication des HPV dans la carcinogenèse, sur le dépistage des infections à HPV et sur la vaccination anti-HPV, tout en présentant les principales voies de recherches en cours d'exploration. Biologistes, cliniciens exerçant dans des spécialités comme la gynécologie et la dermatologie enseignants, chercheurs, étudiants de 2e et 3e cycles trouveront dans ce traité exhaustif et pratique, sans équivalent en langue française et illustré de plus de 100 photographies couleurs, des données actuelles pour la compréhension de la pathogénie des tumeurs associées aux HPV et pour leur prise en 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