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V.R.D. voirie, réseaux divers, terrassements, espaces verts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Bayon,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2212019041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vert/ aménagement urbain/ </w:t>
            </w:r>
          </w:p>
        </w:tc>
      </w:tr>
    </w:tbl>
    <w:p>
      <w:pPr>
        <w:pStyle w:val="Heading3"/>
      </w:pPr>
      <w:r>
        <w:t>Résumé :</w:t>
      </w:r>
    </w:p>
    <w:p>
      <w:r>
        <w:t>Aujourd'hui, les travaux d'aménagement et de raccordement au réseau public constituent une étape d'autant plus essentielle que la qualité des terrains utilisés est de plus en plus médiocre</w:t>
        <w:br/>
        <w:br/>
        <w:t>l'objet de cet ouvrage consiste à donner une vue globale de la coordination technique de ces travaux. il décrit les prestations de chacun des corps d'état intéressés : terrassements généraux, assainissement, voirie, distribution de l'eau, du gaz, de l'électricité et espaces verts.</w:t>
        <w:br/>
        <w:br/>
        <w:t>la première partie précise, en suivant l'ordre chronologique de l'étude, les connaissances nécessaires à la confection des dessins et à la rédaction du devis descriptif d'appel d'offres. sont également détaillés les diverses démarches administratives et des détails d'exécution.</w:t>
        <w:br/>
        <w:br/>
        <w:t>la seconde partie est rédigée sous forme de devis descriptif, ce qui fait de cet ouvrage un véritable aide-mémoire. ainsi, en suivant article par article les éléments du descriptif-type, vous pourrez rapidement rédiger un texte adapté au chantier.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