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Concrete Materials and Practice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Murdock, L.J./ Brook, K.M./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Edward Arnold/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0713133996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concrete technology/ construction material/ </w:t>
            </w:r>
          </w:p>
        </w:tc>
      </w:tr>
    </w:tbl>
    <w:p>
      <w:pPr>
        <w:pStyle w:val="Heading3"/>
      </w:pPr>
      <w:r>
        <w:t>Résumé :</w:t>
      </w:r>
    </w:p>
    <w:p>
      <w:r>
        <w:t>Concrete materials and practice is a comprehensive technical reference on concrete technology and its practical applications in construction. it combines fundamental material science with field-oriented guidance on the use of concrete from mix design through placement and curing, addressing both laboratory principles and real-world practice. the book is structured to guide readers , from students of civil engineering and construction to professionals , through the properties of concrete, the characteristics of its constituent materials, production techniques, and performance in various environments.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