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Manipulations d'électricité</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Pret, Roger/ Floc'h, Jean/ </w:t>
            </w:r>
          </w:p>
        </w:tc>
      </w:tr>
      <w:tr>
        <w:trPr>
          <w:trHeight w:val="567"/>
        </w:trPr>
        <w:tc>
          <w:tcPr>
            <w:tcW w:type="dxa" w:w="3000"/>
          </w:tcPr>
          <w:p>
            <w:r>
              <w:t>Edition</w:t>
            </w:r>
          </w:p>
        </w:tc>
        <w:tc>
          <w:tcPr>
            <w:tcW w:type="dxa" w:w="7000"/>
          </w:tcPr>
          <w:p>
            <w:r>
              <w:t>3 éd., nouveau tirage</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344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La page de titre porte en plus "Ouvrage inscrit sur la liste des manuels adoptés par les écoles de la ville de Paris".</w:t>
            </w:r>
          </w:p>
        </w:tc>
      </w:tr>
      <w:tr>
        <w:trPr>
          <w:trHeight w:val="567"/>
        </w:trPr>
        <w:tc>
          <w:tcPr>
            <w:tcW w:type="dxa" w:w="3000"/>
          </w:tcPr>
          <w:p>
            <w:r>
              <w:t>Numéro d'Identification</w:t>
            </w:r>
          </w:p>
        </w:tc>
        <w:tc>
          <w:tcPr>
            <w:tcW w:type="dxa" w:w="7000"/>
          </w:tcPr>
          <w:p>
            <w:r>
              <w:t>2040086579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expériences/ électrotechnique/ </w:t>
            </w:r>
          </w:p>
        </w:tc>
      </w:tr>
    </w:tbl>
    <w:p>
      <w:pPr>
        <w:pStyle w:val="Heading3"/>
      </w:pPr>
      <w:r>
        <w:t>Résumé :</w:t>
      </w:r>
    </w:p>
    <w:p>
      <w:r>
        <w:t>Le livre Manipulations d’électricité de Roger Pret (1978) est un manuel pédagogique destiné aux élèves des collèges et lycées d’enseignement technique ainsi qu’à la formation continue. Il a pour objectif principal de relier la théorie de l’électricité à la pratique en atelier ou en laboratoire à travers des manipulations simples et progressives. L’ouvrage aborde les bases des grandeurs électriques (tension, courant, résistance), l’utilisation correcte des appareils de mesure, l’étude des circuits électriques, ainsi que le fonctionnement des machines électriques telles que les moteurs, génératrices et transformateurs. Conçu dans un langage clair et accessible, il met l’accent sur l’observation, la mesure et l’interprétation des résultats afin de développer les compétences techniques essentielles des futurs électriciens. Ce livre sert ainsi de support pratique pour l’apprentissage, la compréhension et l’application concrète des notions fondamentales de l’électricité.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