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Second œuvre du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Boulet, Benjamin/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2040031308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second œuvre du bâtiment/ construction immobilière/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une synthèse des techniques de second œuvre , la phase de la construction qui intervient après le gros œuvre , et constitue un outil de référence rapide pour les étudiants, techniciens et professionnels du bâtiment. il fait partie de la collection aide mémoire, connue pour ses fiches synthétiques et pratiques.</w:t>
        <w:br/>
        <w:br/>
        <w:t>second œuvre du bâtiment (collection aide mémoire) est un manuel condensé et pratique qui traite des techniques essentielles du second œuvre : cloisons, plafonds, revêtements, menuiserie, installations techniques et finitions. il constitue un outil de référence pour maîtriser cette étape clé qui transforme une structure brute en espace fonctionnel et habitable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