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Wildi, Théodore/ Sybille, Gilbert/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1215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Liste de sites Internet p.p. 1214-1215. Index</w:t>
            </w:r>
          </w:p>
        </w:tc>
      </w:tr>
      <w:tr>
        <w:trPr>
          <w:trHeight w:val="567"/>
        </w:trPr>
        <w:tc>
          <w:tcPr>
            <w:tcW w:type="dxa" w:w="3000"/>
          </w:tcPr>
          <w:p>
            <w:r>
              <w:t>Numéro d'Identification</w:t>
            </w:r>
          </w:p>
        </w:tc>
        <w:tc>
          <w:tcPr>
            <w:tcW w:type="dxa" w:w="7000"/>
          </w:tcPr>
          <w:p>
            <w:r>
              <w:t>2763781853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industries électriques/ </w:t>
            </w:r>
          </w:p>
        </w:tc>
      </w:tr>
    </w:tbl>
    <w:p>
      <w:pPr>
        <w:pStyle w:val="Heading3"/>
      </w:pPr>
      <w:r>
        <w:t>Résumé :</w:t>
      </w:r>
    </w:p>
    <w:p>
      <w:r>
        <w:t>Le livre Électrotechnique de Théodore Wildi (2005) est un ouvrage de référence qui présente de manière claire et progressive les bases et les applications modernes de l’électrotechnique. Il commence par les notions fondamentales de l’électricité, en abordant les lois essentielles, les circuits en courant continu et alternatif, le magnétisme ainsi que les systèmes triphasés. Il développe ensuite en détail les machines électriques et les transformateurs, en expliquant leur principe de fonctionnement, leurs performances, leurs pertes et leurs usages industriels. L’ouvrage consacre également une large place à l’électronique de puissance, notamment aux convertisseurs et à la commande des moteurs électriques, éléments clés des systèmes d’entraînement modernes. Enfin, il traite des réseaux électriques, de la production au transport et à la distribution de l’énergie, en intégrant des thèmes actuels comme la production décentralisée et les énergies renouvelables. Grâce à une approche pédagogique mêlant théorie et applications concrètes, ce livre s’adresse aussi bien aux étudiants qu’aux techniciens et ingénieurs souhaitant maîtriser les systèmes électriques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