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prévention dans le bâtiment et les travaux publics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Dubois, Eugène/ Ardouin, Gilbert/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des cours de l'École chez soi(N°:None)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sécurité au travail/ hygiène et sécurité/ </w:t>
            </w:r>
          </w:p>
        </w:tc>
      </w:tr>
    </w:tbl>
    <w:p>
      <w:pPr>
        <w:pStyle w:val="Heading3"/>
      </w:pPr>
      <w:r>
        <w:t>Résumé :</w:t>
      </w:r>
    </w:p>
    <w:p>
      <w:r>
        <w:t>Ce manuel est un guide pratique et pédagogique consacré à la prévention des accidents du travail et des maladies professionnelles dans le secteur du bâtiment et des travaux publics (BTP). Il vise à sensibiliser les acteurs du chantier — ouvriers, chefs de chantier, conducteurs de travaux, maîtres d’œuvre et employeurs — aux risques professionnels spécifiques du BTP et à proposer des méthodes de prévention adaptées à ces environnements particulièrement accidentogènes.</w:t>
        <w:br/>
        <w:br/>
        <w:t>la prévention dans le bâtiment et les travaux publics d’eugène dubois est un manuel pratique essentiel pour comprendre les risques spécifiques au btp et les stratégies de prévention des accidents et des maladies professionnelles. il combine des principes généraux de prévention avec des mesures concrètes applicables sur les chantiers, soulignant la responsabilité partagée entre employeurs, encadrement et ouvriers.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