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géologie, roches et géochimie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Provost, Ariel/ Langlois, Cyril/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9782100566518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géochimique/ échantillonnage/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de manière pédagogique et synthétique toutes les connaissances que l'étudiant doit avoir assimilé en L1/L2 de Sciences de la Terre, plus particulièrement dans le domaine des roches et de la géochimie associée, ceci par le biais de cours illustrés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