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pratique des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Cailleux, André/ Chavan,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Minéraux/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aux étudiants en géologie, aux enseignants, ainsi qu’aux amateurs de sciences de la Terre, et constitue un outil pratique pour le travail de terrain comme pour l’initiation à l’étude des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