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pétrologie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Bayly, Brian/ Kornprobst, Jacques/ Velde,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348-352. Index p.p. 353-356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2225437475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pétrographique/ la structure géologique/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des illustrations et des exemples concrets pour aider les lecteurs à visualiser les concepts abordés. C’est un ouvrage destiné à ceux qui souhaitent acquérir une compréhension solide des bases de la pétrologie, que ce soit dans un cadre académique ou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