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Electricite et 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Oudih, Mohamed Reda/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électrique/ énergie potentielle/ </w:t>
            </w:r>
          </w:p>
        </w:tc>
      </w:tr>
    </w:tbl>
    <w:p>
      <w:pPr>
        <w:pStyle w:val="Heading3"/>
      </w:pPr>
      <w:r>
        <w:t>Résumé :</w:t>
      </w:r>
    </w:p>
    <w:p>
      <w:r>
        <w:t>dans ce livre il s'agit,entre autres,de cours théoriques et pratiques et d'exercices corrigés tirés de situationsréelles et actualisées; élaborés par des enseignants qui ont dispensé et maîtrise les cours de ces modules et de ces matières aussi parfaitement que possible. cette série vise également à enrichir les bibliothèques universitaires en divers ouvrages de références,et à valoriser et à consolider les efforts des enseignants et des chercheurs, dans le but de garntir un encadrement pédagogique meilleur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