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géologie. T3,tectonique, morphologie, globe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Aubouin, Jean/ Brousse, Robert/ Lehman,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2040045880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géodynamique/ </w:t>
            </w:r>
          </w:p>
        </w:tc>
      </w:tr>
    </w:tbl>
    <w:p>
      <w:pPr>
        <w:pStyle w:val="Heading3"/>
      </w:pPr>
      <w:r>
        <w:t>Résumé :</w:t>
      </w:r>
    </w:p>
    <w:p>
      <w:r>
        <w:t>Le  Précis de géologie, tome 3 (Tectonique, morphologie, globe terrestre) présente de façon synthétique les principes de la tectonique des plaques, les formes et processus du modelé de la surface terrestre, ainsi que la structure, la dynamique interne et l’évolution globale du globe terrestre.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