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résolus en mécanique des sols. 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Chelghoum,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Publication de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9789961899250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 solide/ comportement de sol/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grande collection de problèmes pratiques résolus en mécanique des sols, avec des calculs détaillés et des méthodologies d’application. Il s’adresse à la fois aux étudiants en génie civil et géotechnique et aux praticiens souhaitant approfondir les applications techniques liées au comportement des sols sous charge.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