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power system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1085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8170089166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system/ electrical engineering/ </w:t>
            </w:r>
          </w:p>
        </w:tc>
      </w:tr>
    </w:tbl>
    <w:p>
      <w:pPr>
        <w:pStyle w:val="Heading3"/>
      </w:pPr>
      <w:r>
        <w:t>Résumé :</w:t>
      </w:r>
    </w:p>
    <w:p>
      <w:r>
        <w:t>A Textbook of Power System Engineering by R. K. Rajput (2006) provides a comprehensive introduction to the principles and applications of electric power systems using SI units. The book covers the complete power system, starting from power generation (thermal, hydro, nuclear, and renewable sources), moving through transmission and distribution of electrical energy, and concluding with switchgear, protection, and system stability. It explains fundamental concepts such as power plant operation, transmission line parameters, voltage control, fault analysis, and protective devices in a clear and systematic manner. With numerous solved examples, diagrams, and practice questions, the book is especially suitable for undergraduate engineering students and candidates preparing for technical and competitive examinations, offering both theoretical understanding and practical insight into power system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