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Jacquemin, Hervé/ Sider,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SAEP/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2737232082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Roches/ Minéraux/ </w:t>
            </w:r>
          </w:p>
        </w:tc>
      </w:tr>
    </w:tbl>
    <w:p>
      <w:pPr>
        <w:pStyle w:val="Heading3"/>
      </w:pPr>
      <w:r>
        <w:t>Résumé :</w:t>
      </w:r>
    </w:p>
    <w:p>
      <w:r>
        <w:t>Roches et minéraux Auteur: Hervé jacquemin - herve sider S.A.E.P.. 1990. In-4. Relié. Etat d'usage, Couv. convenable, Dos satisfaisant, Quelques rousseurs. 155 pages illustrées en couleur.. . . . Classification Dewey : 550-Sciences de la Terre et des autres mondes Classification Dewey : 550-Sciences de la Terre et des autres mondes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