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démolition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Cormon, Pierre/ Blachère,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XIV-127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démolition/ procédés thermiques de démolition/ explosifs/ </w:t>
            </w:r>
          </w:p>
        </w:tc>
      </w:tr>
    </w:tbl>
    <w:p>
      <w:pPr>
        <w:pStyle w:val="Heading3"/>
      </w:pPr>
      <w:r>
        <w:t>Résumé :</w:t>
      </w:r>
    </w:p>
    <w:p>
      <w:r>
        <w:t>Cet ouvrage est consacré aux techniques de démolition des ouvrages en béton, en mettant l’accent sur les aspects techniques, pratiques et sécuritaires des opérations. Il s’adresse principalement aux ingénieurs, techniciens, conducteurs de travaux et entreprises spécialisées dans les travaux publics et le bâtiment.</w:t>
        <w:br/>
        <w:br/>
        <w:t>Le livre débute par une présentation des caractéristiques du béton (béton armé, béton précontraint, béton massif) et de leur influence sur le choix des méthodes de démolition. L’auteur explique comment la présence d’armatures, la résistance du béton et la géométrie des ouvrages conditionnent les procédés à utiliser.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