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d'une station de metro.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 de métro/ ouvrage souterrain/ </w:t>
            </w:r>
          </w:p>
        </w:tc>
      </w:tr>
    </w:tbl>
    <w:p>
      <w:pPr>
        <w:pStyle w:val="Heading3"/>
      </w:pPr>
      <w:r>
        <w:t>Résumé :</w:t>
      </w:r>
    </w:p>
    <w:p>
      <w:r>
        <w:t>Cet ouvrage consiste en l’étude et calcul d’une station de métro d’Alger. c’est la station KHELIFA BOUKHALFA située au centre d’ Alger. il comporte les différentes méthodes de creusement, de soutènement à appliquer pour l’exécution de cette station ainsi que les conditions de sécurité des immeubles riverains et la sécurité humaine mise en œuvre pour la bonne exécution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