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Joanna, DIB/ Djilali, Ameur/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9789961025130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linéaires/ numérique/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technologique et plus pariculiérement des ordinanateurs a permis de résoudre des problèmes scientifiques de plus en plus difficiles et comlexesen en utilisant différentes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