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Maladies infectieuses, maladies tropicales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Diepenbroek, Anne-Lise/ Pijnenburg, Luc/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9782818314357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 infectieuse/ maladie tropicale/ </w:t>
            </w:r>
          </w:p>
        </w:tc>
      </w:tr>
    </w:tbl>
    <w:p>
      <w:pPr>
        <w:pStyle w:val="Heading3"/>
      </w:pPr>
      <w:r>
        <w:t>Résumé :</w:t>
      </w:r>
    </w:p>
    <w:p>
      <w:r>
        <w:t>Un contenu conforme aux nouvelles modalités d'examen et au nouveau programme organisé en Unités d'Enseignement ; Un coaching personnalisé pour vous aider à mieux classer vos dossiers, à identifier les zéros, mots-clés et réflexes ; Une grille de cotation accompagnée de commentaires généraux et par question vous permettant, d'une part d'adopter la méthode de réflexion des meilleurs de l'ECN et, d'autre part, d'acquérir leurs astuces ; Et enfin, une partie permettant de mieux assimiler le cours se présentant sous la forme d'une "fiche synthèse" ou d'une "fiche consensus". L'ensemble des données clés sera répertorié dans un cahier de bord qui vous permettra de vous guider et de vous préparer de façon optimale à la spécialité étudiée. Nous vous souhaitons à tous une excellente préparation aux ECN.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