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petits aménagements hydroélectriques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hydrotechnique de France/ Agence de l'environnement et de la maîtrise de l'énergie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hydrotechnique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SHF-ADEME(N°:None)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2906831417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petites centrales hydroélectriques/ énergie hydraulique/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