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articulaire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Kapandji, Adalbert/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