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de l'alimentation humaine. T 1, Biologie, biochimie, microbiologie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Ferreira, Anthony/ Petretti, Clotilde/ Vasina, Bruno/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École de diététique et nutrition humaine/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Diététique et nutrition(N°:None)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9782759030651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Alimentaire/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Métabolisme/ nutrition/ </w:t>
            </w:r>
          </w:p>
        </w:tc>
      </w:tr>
    </w:tbl>
    <w:p>
      <w:pPr>
        <w:pStyle w:val="Heading3"/>
      </w:pPr>
      <w:r>
        <w:t>Résumé :</w:t>
      </w:r>
    </w:p>
    <w:p>
      <w:r>
        <w:t>Biologie de l'Alimentation Humaine . Biologie ¤ Biochimie ¤ Microbiologie . Complet, efficace et utile. . ¤ Les connaissances, les méthodes et leurs applications. Le Tome 1 de la Biologie de l'Alimentation Humaine, au coeur de la collection Diététique et Nutrition Humaine a un unique but : votre réussite. Tout y est utile. Vous trouverez ici la totalité de ce que vous devez connaître sur le fonctionnement du corps humain sous l'angle de la nutrition.. ¤ Ce Tome 1 aborde principalement la Biologie, la Biochimie et la Microbiologie.. ¤ Assurez votre crédibilité scientifique grâce à cet ouvrage ! Il comporte tout ce qu'un patient, un professionnel et un jury d'examen attendent d'un nutritionniste. Rien n'est laissé au hasard.. ¤ Tout avoir sous la main et sous les yeux pour organiser et cadencer votre travail comme vous le souhaitez, à votre rythme. Cet ouvrage vous permet d'être autonome tout au long de votre carrière de Nutritionniste Diététicien.. ¤ Vous y trouverez : les cours détaillés, de nombreux schémas, les exercices d'applications indispensables et l'ensemble du vocabulaire utilisé en Biologie, Biochimie et Microbiologie..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