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combinatoire et séquentielle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Noura/ Ikhlef Ameur/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9789961025123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algèbre de boole/ </w:t>
            </w:r>
          </w:p>
        </w:tc>
      </w:tr>
    </w:tbl>
    <w:p>
      <w:pPr>
        <w:pStyle w:val="Heading3"/>
      </w:pPr>
      <w:r>
        <w:t>Résumé :</w:t>
      </w:r>
    </w:p>
    <w:p>
      <w:r>
        <w:t>Cet ouvrage est une présentation particulièrement claire, des différents aspects liés à l'étude des systèmes logique. Il décrit de manière méthodique les techniques numériques pour l'analyse et la synthèse des circuits combinatoires et séquentiels, dans l'objectif d'en faire une ressource complète destinée au étudiants des différentes spécialités technologiques.</w:t>
        <w:br/>
        <w:br/>
        <w:t>Le contenu de l'ouvrage reprend le programme officiel de la matière logique combinatoire et séquentielle de deuxième année licence, du domaine sciences et technologie, toutes filières confondus: Automatique, électronique, biomédicale...Cependant, il est également utile pour les étudiants en licence informatique ainsi qu'aux élève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