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Histologie, QCM &amp; QROC Classée par cours et objectifs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Melbouci,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Cursus En Questions(N°:None)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9947006816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 respiratoire/ appareil candio/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premières parties suivantes: Appareil respiratoire - appareil cardio-vasculaire-appareil digestif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