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électriques.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Babès, Victor/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électrique/ transformateur de mesure/ </w:t>
            </w:r>
          </w:p>
        </w:tc>
      </w:tr>
    </w:tbl>
    <w:p>
      <w:pPr>
        <w:pStyle w:val="Heading3"/>
      </w:pPr>
      <w:r>
        <w:t>Résumé :</w:t>
      </w:r>
    </w:p>
    <w:p>
      <w:r>
        <w:t>Mesures électriques. V1 présente les principes fondamentaux et les méthodes pratiques de mesure des grandeurs électriques (tension, courant, résistance, puissance), en abordant les instruments de mesure, leurs caractéristiques, les erreurs et l’incertitude afin d’assurer des mesures fiables en électronique et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