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d'électricité, terminales BEP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Ney,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Nathan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2091762105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d’électricité/ BEP (Brevet d’Études Professionnelles)/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d'électrotechnique de terminale BEP, et aux nouvelles normes en vigueur, cet ouvrage a pour but de développer chez l'élève une démarche scientifique et technologique par : - un cours, clair et bien structuré, dans lequel les connaissances essentielles sont mises en évidence, - une illustration abondante, complétée par de grandes planches " schémas ", - des planches " documentation constructeurs ", mettant l'élève en contact direct avec la vie professionnelle et les nouveaux matériels, - des exercices résolus, suivis d'exercices à résoudre utilisant les documents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