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Elmi,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Masson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180-187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paléogéographie/ tectonique des plaques/ </w:t>
            </w:r>
          </w:p>
        </w:tc>
      </w:tr>
    </w:tbl>
    <w:p>
      <w:pPr>
        <w:pStyle w:val="Heading3"/>
      </w:pPr>
      <w:r>
        <w:t>Résumé :</w:t>
      </w:r>
    </w:p>
    <w:p>
      <w:r>
        <w:t>L'ouvrage  une introduction aux méthodes et aux concepts de la géologie "historique", - une chronologie claire et détaillée des 4.5 milliards d'années, - des tableaux qui récapitulent les temps histoire, une analyse des interactions entre événement géologiques et évolution biologique, - des encadrés très vivants sur des exemples significatifs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