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Concours d'entrée dans les écoles de sages-femmes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Platel, Roland/ Coulon, Jean-Claude/ Guevara, De Rafael/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2711796744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école de sage-femme/ concours/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les sujets et corrigés des épreuves de français, biologie et physique-chimie des concours d'entrée (sessions 2000-2001) dans les écoles de sages-femmes. Il s'articule autour de quatre parties : français (9 sujets - études de textes, questions de compréhension, travaux d'écriture) ; physique (8 sujets) ; chimie (8 sujets) ; biologie (9 Sujets) ; sur la base des programmes de première et terminale S, mais dans la perspective et avec les exigences des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